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rPr>
          <w:b w:val="0"/>
          <w:sz w:val="24"/>
        </w:rPr>
        <w:t>Генеральному директору</w:t>
      </w:r>
    </w:p>
    <w:p>
      <w:pPr>
        <w:spacing w:after="0"/>
        <w:jc w:val="right"/>
      </w:pPr>
      <w:r>
        <w:rPr>
          <w:b w:val="0"/>
          <w:sz w:val="24"/>
        </w:rPr>
        <w:t>ООО «_________________________»</w:t>
      </w:r>
    </w:p>
    <w:p>
      <w:pPr>
        <w:spacing w:after="0"/>
        <w:jc w:val="right"/>
      </w:pPr>
      <w:r>
        <w:rPr>
          <w:b w:val="0"/>
          <w:sz w:val="24"/>
        </w:rPr>
        <w:t>___________________________________ (ФИО)</w:t>
      </w:r>
    </w:p>
    <w:p>
      <w:pPr>
        <w:spacing w:after="0"/>
        <w:jc w:val="right"/>
      </w:pPr>
      <w:r>
        <w:rPr>
          <w:b w:val="0"/>
          <w:sz w:val="24"/>
        </w:rPr>
        <w:t>от ______________________________ (должность)</w:t>
      </w:r>
    </w:p>
    <w:p>
      <w:pPr>
        <w:spacing w:after="280"/>
        <w:jc w:val="right"/>
      </w:pPr>
      <w:r>
        <w:rPr>
          <w:b w:val="0"/>
          <w:sz w:val="24"/>
        </w:rPr>
        <w:t>___________________________________ (ФИО)</w:t>
      </w:r>
    </w:p>
    <w:p>
      <w:pPr>
        <w:spacing w:after="40"/>
        <w:jc w:val="center"/>
      </w:pPr>
      <w:r>
        <w:rPr>
          <w:b/>
          <w:sz w:val="28"/>
        </w:rPr>
        <w:t>ЗАЯВЛЕНИЕ</w:t>
      </w:r>
    </w:p>
    <w:p>
      <w:pPr>
        <w:spacing w:after="240"/>
        <w:jc w:val="center"/>
      </w:pPr>
      <w:r>
        <w:rPr>
          <w:b w:val="0"/>
          <w:sz w:val="22"/>
        </w:rPr>
        <w:t>о расторжении трудового договора по собственному желанию</w:t>
      </w:r>
    </w:p>
    <w:p>
      <w:pPr>
        <w:spacing w:after="120"/>
        <w:ind w:firstLine="709"/>
      </w:pPr>
      <w:r>
        <w:rPr>
          <w:b w:val="0"/>
          <w:sz w:val="24"/>
        </w:rPr>
        <w:t>Прошу уволить меня по собственному желанию «____» ______________ 2026 года (п. 3 части первой статьи 77 Трудового кодекса РФ).</w:t>
      </w:r>
    </w:p>
    <w:p>
      <w:pPr>
        <w:spacing w:after="120"/>
      </w:pPr>
      <w:r>
        <w:rPr>
          <w:b w:val="0"/>
          <w:sz w:val="24"/>
        </w:rPr>
      </w:r>
    </w:p>
    <w:p>
      <w:pPr>
        <w:spacing w:after="80"/>
      </w:pPr>
      <w:r>
        <w:rPr>
          <w:b w:val="0"/>
          <w:sz w:val="24"/>
        </w:rPr>
        <w:t>«____» ______________ 2026 г.          _________________ / ______________________ /</w:t>
      </w:r>
    </w:p>
    <w:p>
      <w:pPr>
        <w:spacing w:after="120"/>
      </w:pPr>
      <w:r>
        <w:rPr>
          <w:b w:val="0"/>
          <w:sz w:val="20"/>
        </w:rPr>
        <w:t xml:space="preserve">                                              (подпись)                 (расшифровка)</w:t>
      </w:r>
    </w:p>
    <w:p>
      <w:r>
        <w:br w:type="page"/>
      </w:r>
    </w:p>
    <w:p>
      <w:pPr>
        <w:spacing w:after="200"/>
      </w:pPr>
      <w:r>
        <w:rPr>
          <w:b/>
          <w:sz w:val="24"/>
        </w:rPr>
        <w:t>ВАРИАНТ 2. Увольнение без отработки (по договорённости с работодателем)</w:t>
      </w:r>
    </w:p>
    <w:p>
      <w:pPr>
        <w:spacing w:after="40"/>
        <w:jc w:val="center"/>
      </w:pPr>
      <w:r>
        <w:rPr>
          <w:b/>
          <w:sz w:val="28"/>
        </w:rPr>
        <w:t>ЗАЯВЛЕНИЕ</w:t>
      </w:r>
    </w:p>
    <w:p>
      <w:pPr>
        <w:spacing w:after="240"/>
        <w:jc w:val="center"/>
      </w:pPr>
      <w:r>
        <w:rPr>
          <w:b w:val="0"/>
          <w:sz w:val="22"/>
        </w:rPr>
        <w:t>о расторжении трудового договора по собственному желанию без отработки</w:t>
      </w:r>
    </w:p>
    <w:p>
      <w:pPr>
        <w:spacing w:after="120"/>
        <w:ind w:firstLine="709"/>
      </w:pPr>
      <w:r>
        <w:rPr>
          <w:b w:val="0"/>
          <w:sz w:val="24"/>
        </w:rPr>
        <w:t>Прошу уволить меня по собственному желанию «____» ______________ 2026 года без отработки срока предупреждения об увольнении — по договорённости с работодателем (часть вторая статьи 80 Трудового кодекса РФ).</w:t>
      </w:r>
    </w:p>
    <w:p>
      <w:pPr>
        <w:spacing w:after="320"/>
      </w:pPr>
      <w:r>
        <w:rPr>
          <w:b w:val="0"/>
          <w:sz w:val="24"/>
        </w:rPr>
        <w:t>«____» ______________ 2026 г.          _________________ / ______________________ /</w:t>
      </w:r>
    </w:p>
    <w:p>
      <w:pPr>
        <w:spacing w:after="200"/>
      </w:pPr>
      <w:r>
        <w:rPr>
          <w:b/>
          <w:sz w:val="24"/>
        </w:rPr>
        <w:t>ВАРИАНТ 3. Отпуск с последующим увольнением</w:t>
      </w:r>
    </w:p>
    <w:p>
      <w:pPr>
        <w:spacing w:after="40"/>
        <w:jc w:val="center"/>
      </w:pPr>
      <w:r>
        <w:rPr>
          <w:b/>
          <w:sz w:val="28"/>
        </w:rPr>
        <w:t>ЗАЯВЛЕНИЕ</w:t>
      </w:r>
    </w:p>
    <w:p>
      <w:pPr>
        <w:spacing w:after="240"/>
        <w:jc w:val="center"/>
      </w:pPr>
      <w:r>
        <w:rPr>
          <w:b w:val="0"/>
          <w:sz w:val="22"/>
        </w:rPr>
        <w:t>об отпуске с последующим увольнением</w:t>
      </w:r>
    </w:p>
    <w:p>
      <w:pPr>
        <w:spacing w:after="120"/>
        <w:ind w:firstLine="709"/>
      </w:pPr>
      <w:r>
        <w:rPr>
          <w:b w:val="0"/>
          <w:sz w:val="24"/>
        </w:rPr>
        <w:t>Прошу предоставить мне ежегодный оплачиваемый отпуск продолжительностью ____ календарных дней с «____» ______________ 2026 года с последующим увольнением по собственному желанию (ст. 127 ТК РФ).</w:t>
      </w:r>
    </w:p>
    <w:p>
      <w:pPr>
        <w:spacing w:after="280"/>
      </w:pPr>
      <w:r>
        <w:rPr>
          <w:b w:val="0"/>
          <w:sz w:val="20"/>
        </w:rPr>
        <w:t>Днём увольнения считается последний день отпуска. В этот день выдаётся расчёт и трудовая книжка (СТД-Р).</w:t>
      </w:r>
    </w:p>
    <w:p>
      <w:pPr>
        <w:spacing w:after="120"/>
      </w:pPr>
      <w:r>
        <w:rPr>
          <w:b w:val="0"/>
          <w:sz w:val="24"/>
        </w:rPr>
        <w:t>«____» ______________ 2026 г.          _________________ / ______________________ /</w:t>
      </w:r>
    </w:p>
    <w:p>
      <w:r>
        <w:br w:type="page"/>
      </w:r>
    </w:p>
    <w:p>
      <w:pPr>
        <w:spacing w:after="160"/>
      </w:pPr>
      <w:r>
        <w:rPr>
          <w:b/>
          <w:sz w:val="24"/>
        </w:rPr>
        <w:t>ПАМЯТКА: как подать заявление, чтобы уволиться без проблем</w:t>
      </w:r>
    </w:p>
    <w:p>
      <w:pPr>
        <w:pStyle w:val="ListBullet"/>
        <w:spacing w:after="60"/>
      </w:pPr>
      <w:r>
        <w:t>Заявление подаётся не позднее чем за 14 дней до даты увольнения (ст. 80 ТК РФ). Срок начинается со следующего дня после подачи. «Отработка» — это срок предупреждения, а не обязанность работать: в этот период можно уйти на больничный или в отпуск — дата увольнения не сдвигается.</w:t>
      </w:r>
    </w:p>
    <w:p>
      <w:pPr>
        <w:pStyle w:val="ListBullet"/>
        <w:spacing w:after="60"/>
      </w:pPr>
      <w:r>
        <w:t>Срок сокращается по договорённости с работодателем, а отработка не нужна, если вы поступаете в вуз, выходите на пенсию или работодатель нарушает трудовое законодательство.</w:t>
      </w:r>
    </w:p>
    <w:p>
      <w:pPr>
        <w:pStyle w:val="ListBullet"/>
        <w:spacing w:after="60"/>
      </w:pPr>
      <w:r>
        <w:t>До истечения срока предупреждения заявление можно отозвать письменно — увольнение тогда не проводится. Исключение: если на ваше место в порядке перевода уже приглашён другой работник.</w:t>
      </w:r>
    </w:p>
    <w:p>
      <w:pPr>
        <w:pStyle w:val="ListBullet"/>
        <w:spacing w:after="60"/>
      </w:pPr>
      <w:r>
        <w:t>Если работодатель не принимает заявление — вручите его через секретаря, получив отметку о принятии на своём экземпляре, или отправьте заказным письмом с описью вложения и уведомлением. Дата на почтовом штемпеле — начало срока.</w:t>
      </w:r>
    </w:p>
    <w:p>
      <w:pPr>
        <w:pStyle w:val="ListBullet"/>
        <w:spacing w:after="60"/>
      </w:pPr>
      <w:r>
        <w:t>День увольнения — последний рабочий день. В этот день выплачивается окончательный расчёт (ст. 140 ТК РФ) и выдаются документы: трудовая книжка (бумажная), СТД-Р, справки о заработке.</w:t>
      </w:r>
    </w:p>
    <w:sectPr w:rsidR="00FC693F" w:rsidRPr="0006063C" w:rsidSect="00034616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