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  <w:sz w:val="26"/>
        </w:rPr>
        <w:t>ВАРИАНТ 1. Ежегодный оплачиваемый отпуск</w:t>
      </w:r>
    </w:p>
    <w:p>
      <w:pPr>
        <w:spacing w:after="120"/>
        <w:jc w:val="right"/>
      </w:pPr>
      <w:r>
        <w:rPr>
          <w:b w:val="0"/>
          <w:sz w:val="24"/>
        </w:rPr>
        <w:t>Генеральному директору / ИП</w:t>
      </w:r>
    </w:p>
    <w:p>
      <w:pPr>
        <w:spacing w:after="120"/>
        <w:jc w:val="right"/>
      </w:pPr>
      <w:r>
        <w:rPr>
          <w:b w:val="0"/>
          <w:sz w:val="24"/>
        </w:rPr>
        <w:t>___________________________________</w:t>
      </w:r>
    </w:p>
    <w:p>
      <w:pPr>
        <w:spacing w:after="120"/>
        <w:jc w:val="right"/>
      </w:pPr>
      <w:r>
        <w:rPr>
          <w:b w:val="0"/>
          <w:sz w:val="20"/>
        </w:rPr>
        <w:t>(наименование организации, ФИО руководителя)</w:t>
      </w:r>
    </w:p>
    <w:p>
      <w:pPr>
        <w:spacing w:after="120"/>
        <w:jc w:val="right"/>
      </w:pPr>
      <w:r>
        <w:rPr>
          <w:b w:val="0"/>
          <w:sz w:val="24"/>
        </w:rPr>
        <w:t>от __________________________________,</w:t>
      </w:r>
    </w:p>
    <w:p>
      <w:pPr>
        <w:spacing w:after="120"/>
        <w:jc w:val="right"/>
      </w:pPr>
      <w:r>
        <w:rPr>
          <w:b w:val="0"/>
          <w:sz w:val="20"/>
        </w:rPr>
        <w:t>(должность, ФИО работника)</w:t>
      </w:r>
    </w:p>
    <w:p>
      <w:pPr>
        <w:spacing w:after="40"/>
        <w:jc w:val="center"/>
      </w:pPr>
      <w:r>
        <w:rPr>
          <w:b/>
          <w:sz w:val="26"/>
        </w:rPr>
        <w:t>ЗАЯВЛЕНИЕ</w:t>
      </w:r>
    </w:p>
    <w:p>
      <w:pPr>
        <w:spacing w:after="280"/>
        <w:ind w:firstLine="709"/>
      </w:pPr>
      <w:r>
        <w:rPr>
          <w:b w:val="0"/>
          <w:sz w:val="24"/>
        </w:rPr>
        <w:t>Прошу предоставить мне ежегодный основной оплачиваемый отпуск продолжительностью ________ календарных дней с «____» ______________ 2026 г. по «____» ______________ 2026 г. включительно.</w:t>
      </w:r>
    </w:p>
    <w:p>
      <w:pPr>
        <w:spacing w:after="120"/>
        <w:jc w:val="right"/>
      </w:pPr>
      <w:r>
        <w:rPr>
          <w:b w:val="0"/>
          <w:sz w:val="24"/>
        </w:rPr>
        <w:t>«____» ______________ 2026 г.</w:t>
      </w:r>
    </w:p>
    <w:p>
      <w:pPr>
        <w:spacing w:after="120"/>
        <w:jc w:val="right"/>
      </w:pPr>
      <w:r>
        <w:rPr>
          <w:b w:val="0"/>
          <w:sz w:val="24"/>
        </w:rPr>
        <w:t>_______________  / ____________________ /</w:t>
      </w:r>
    </w:p>
    <w:p>
      <w:pPr>
        <w:spacing w:after="120"/>
        <w:jc w:val="right"/>
      </w:pPr>
      <w:r>
        <w:rPr>
          <w:b w:val="0"/>
          <w:sz w:val="20"/>
        </w:rPr>
        <w:t xml:space="preserve">            (подпись)                    (расшифровка)</w:t>
      </w:r>
    </w:p>
    <w:p>
      <w:r>
        <w:br w:type="page"/>
      </w:r>
    </w:p>
    <w:p>
      <w:pPr>
        <w:spacing w:after="240"/>
        <w:jc w:val="center"/>
      </w:pPr>
      <w:r>
        <w:rPr>
          <w:b/>
          <w:sz w:val="26"/>
        </w:rPr>
        <w:t>ВАРИАНТ 2. Отпуск с последующим увольнением</w:t>
      </w:r>
    </w:p>
    <w:p>
      <w:pPr>
        <w:spacing w:after="120"/>
        <w:jc w:val="right"/>
      </w:pPr>
      <w:r>
        <w:rPr>
          <w:b w:val="0"/>
          <w:sz w:val="24"/>
        </w:rPr>
        <w:t>Генеральному директору / ИП</w:t>
      </w:r>
    </w:p>
    <w:p>
      <w:pPr>
        <w:spacing w:after="120"/>
        <w:jc w:val="right"/>
      </w:pPr>
      <w:r>
        <w:rPr>
          <w:b w:val="0"/>
          <w:sz w:val="24"/>
        </w:rPr>
        <w:t>___________________________________</w:t>
      </w:r>
    </w:p>
    <w:p>
      <w:pPr>
        <w:spacing w:after="120"/>
        <w:jc w:val="right"/>
      </w:pPr>
      <w:r>
        <w:rPr>
          <w:b w:val="0"/>
          <w:sz w:val="24"/>
        </w:rPr>
        <w:t>от __________________________________,</w:t>
      </w:r>
    </w:p>
    <w:p>
      <w:pPr>
        <w:spacing w:after="120"/>
        <w:jc w:val="right"/>
      </w:pPr>
      <w:r>
        <w:rPr>
          <w:b w:val="0"/>
          <w:sz w:val="20"/>
        </w:rPr>
        <w:t>(должность, ФИО работника)</w:t>
      </w:r>
    </w:p>
    <w:p>
      <w:pPr>
        <w:spacing w:after="40"/>
        <w:jc w:val="center"/>
      </w:pPr>
      <w:r>
        <w:rPr>
          <w:b/>
          <w:sz w:val="26"/>
        </w:rPr>
        <w:t>ЗАЯВЛЕНИЕ</w:t>
      </w:r>
    </w:p>
    <w:p>
      <w:pPr>
        <w:spacing w:after="160"/>
        <w:ind w:firstLine="709"/>
      </w:pPr>
      <w:r>
        <w:rPr>
          <w:b w:val="0"/>
          <w:sz w:val="24"/>
        </w:rPr>
        <w:t>Прошу предоставить мне ежегодный основной оплачиваемый отпуск продолжительностью ________ календарных дней с «____» ______________ 2026 г. с последующим расторжением трудового договора по собственному желанию «____» ______________ 2026 г.</w:t>
      </w:r>
    </w:p>
    <w:p>
      <w:pPr>
        <w:spacing w:after="280"/>
      </w:pPr>
      <w:r>
        <w:rPr>
          <w:b w:val="0"/>
          <w:sz w:val="20"/>
        </w:rPr>
        <w:t>Днём увольнения считается последний день отпуска (статья 127 ТК РФ).</w:t>
      </w:r>
    </w:p>
    <w:p>
      <w:pPr>
        <w:spacing w:after="120"/>
        <w:jc w:val="right"/>
      </w:pPr>
      <w:r>
        <w:rPr>
          <w:b w:val="0"/>
          <w:sz w:val="24"/>
        </w:rPr>
        <w:t>«____» ______________ 2026 г.</w:t>
      </w:r>
    </w:p>
    <w:p>
      <w:pPr>
        <w:spacing w:after="120"/>
        <w:jc w:val="right"/>
      </w:pPr>
      <w:r>
        <w:rPr>
          <w:b w:val="0"/>
          <w:sz w:val="24"/>
        </w:rPr>
        <w:t>_______________  / ____________________ /</w:t>
      </w:r>
    </w:p>
    <w:p>
      <w:pPr>
        <w:spacing w:after="120"/>
        <w:jc w:val="right"/>
      </w:pPr>
      <w:r>
        <w:rPr>
          <w:b w:val="0"/>
          <w:sz w:val="20"/>
        </w:rPr>
        <w:t xml:space="preserve">            (подпись)                    (расшифровка)</w:t>
      </w:r>
    </w:p>
    <w:p>
      <w:r>
        <w:br w:type="page"/>
      </w:r>
    </w:p>
    <w:p>
      <w:pPr>
        <w:spacing w:after="200"/>
        <w:jc w:val="center"/>
      </w:pPr>
      <w:r>
        <w:rPr>
          <w:b/>
          <w:sz w:val="26"/>
        </w:rPr>
        <w:t>ПОДСКАЗКИ ДЛЯ ЗАПОЛНЕНИЯ</w:t>
      </w:r>
    </w:p>
    <w:p>
      <w:pPr>
        <w:spacing w:after="160"/>
      </w:pPr>
      <w:r>
        <w:rPr>
          <w:b/>
        </w:rPr>
        <w:t xml:space="preserve">• Когда подавать. </w:t>
      </w:r>
      <w:r>
        <w:t>По графику отпусков — работодатель извещает работника под подпись не позднее чем за 2 недели до начала отпуска (ст. 123 ТК РФ). Если отпуск вне графика — заявление подаётся заранее, чтобы работодатель успел выплатить отпускные.</w:t>
      </w:r>
    </w:p>
    <w:p>
      <w:pPr>
        <w:spacing w:after="160"/>
      </w:pPr>
      <w:r>
        <w:rPr>
          <w:b/>
        </w:rPr>
        <w:t xml:space="preserve">• Сроки выплаты отпускных. </w:t>
      </w:r>
      <w:r>
        <w:t>Не позднее чем за 3 календарных дня до начала отпуска (ст. 136 ТК РФ). За просрочку — компенсация и штраф по ст. 5.27 КоАП РФ.</w:t>
      </w:r>
    </w:p>
    <w:p>
      <w:pPr>
        <w:spacing w:after="160"/>
      </w:pPr>
      <w:r>
        <w:rPr>
          <w:b/>
        </w:rPr>
        <w:t xml:space="preserve">• Сколько дней положено. </w:t>
      </w:r>
      <w:r>
        <w:t>28 календарных дней в год за рабочий год (ст. 115 ТК РФ). Нерабочие праздничные дни в число дней отпуска не входят и не оплачиваются.</w:t>
      </w:r>
    </w:p>
    <w:p>
      <w:pPr>
        <w:spacing w:after="160"/>
      </w:pPr>
      <w:r>
        <w:rPr>
          <w:b/>
        </w:rPr>
        <w:t xml:space="preserve">• Компенсация вместо отпуска. </w:t>
      </w:r>
      <w:r>
        <w:t>Основной отпуск замене деньгами не подлежит, кроме увольнения — за все неиспользованные дни выплачивается компенсация. Рассчитать её можно в калькуляторе отпускных на сайте net4office.ru.</w:t>
      </w:r>
    </w:p>
    <w:p>
      <w:pPr>
        <w:spacing w:after="160"/>
      </w:pPr>
      <w:r>
        <w:rPr>
          <w:b/>
        </w:rPr>
        <w:t xml:space="preserve">• Учитывайте отработанное время. </w:t>
      </w:r>
      <w:r>
        <w:t>Если рабочий год отработан не полностью, отпуск предоставляется пропорционально: за каждый отработанный месяц — 2,33 дня (28 дней ÷ 12 месяцев).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