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sz w:val="32"/>
        </w:rPr>
        <w:t>ЗАЯВКА НА ОПЛАТУ</w:t>
      </w:r>
    </w:p>
    <w:p>
      <w:r>
        <w:t>Внутренний документ для согласования платежа</w:t>
      </w:r>
    </w:p>
    <w:p>
      <w:r>
        <w:rPr>
          <w:b/>
          <w:sz w:val="23"/>
        </w:rPr>
        <w:t>1. Основные сведения</w:t>
      </w:r>
    </w:p>
    <w:p>
      <w:r>
        <w:t>Дата заявки: ______________________________</w:t>
      </w:r>
    </w:p>
    <w:p>
      <w:r>
        <w:t>Инициатор: _________________________________</w:t>
      </w:r>
    </w:p>
    <w:p>
      <w:r>
        <w:t>Подразделение / проект: _____________________</w:t>
      </w:r>
    </w:p>
    <w:p>
      <w:r>
        <w:t>Срок оплаты: _______________________________</w:t>
      </w:r>
    </w:p>
    <w:p>
      <w:r>
        <w:rPr>
          <w:b/>
          <w:sz w:val="23"/>
        </w:rPr>
        <w:t>2. Получатель и основание</w:t>
      </w:r>
    </w:p>
    <w:p>
      <w:r>
        <w:t>Получатель: _________________________________</w:t>
      </w:r>
    </w:p>
    <w:p>
      <w:r>
        <w:t>ИНН / реквизиты: ____________________________</w:t>
      </w:r>
    </w:p>
    <w:p>
      <w:r>
        <w:t>Основание платежа (договор, счёт, акт): ______________________________</w:t>
      </w:r>
    </w:p>
    <w:p>
      <w:r>
        <w:t>Назначение платежа: _________________________________________________</w:t>
      </w:r>
    </w:p>
    <w:p>
      <w:r>
        <w:rPr>
          <w:b/>
          <w:sz w:val="23"/>
        </w:rPr>
        <w:t>3. Сумма</w:t>
      </w:r>
    </w:p>
    <w:p>
      <w:r>
        <w:t>Сумма без НДС: __________________ руб.</w:t>
      </w:r>
    </w:p>
    <w:p>
      <w:r>
        <w:t>НДС: __________________ руб. / без НДС</w:t>
      </w:r>
    </w:p>
    <w:p>
      <w:r>
        <w:t>Итого к оплате: __________________ руб.</w:t>
      </w:r>
    </w:p>
    <w:p>
      <w:r>
        <w:rPr>
          <w:b/>
          <w:sz w:val="23"/>
        </w:rPr>
        <w:t>4. Согласование</w:t>
      </w:r>
    </w:p>
    <w:p>
      <w:r>
        <w:t>Руководитель: __________________ / ____________ /</w:t>
      </w:r>
    </w:p>
    <w:p>
      <w:r>
        <w:t>Финансы: _______________________ / ____________ /</w:t>
      </w:r>
    </w:p>
    <w:p>
      <w:r>
        <w:t>Отметка об оплате: _________________________________________________</w:t>
      </w:r>
    </w:p>
    <w:p>
      <w:r>
        <w:t>Примечание: шаблон является рабочим образцом. Перед использованием проверьте реквизиты, суммы, даты и формулировки.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