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28"/>
        </w:rPr>
        <w:t>ЗАПИСКА-РАСЧЁТ</w:t>
      </w:r>
    </w:p>
    <w:p>
      <w:pPr>
        <w:spacing w:after="40"/>
        <w:jc w:val="center"/>
      </w:pPr>
      <w:r>
        <w:rPr>
          <w:b w:val="0"/>
          <w:sz w:val="22"/>
        </w:rPr>
        <w:t>при прекращении (расторжении) трудового договора с работником (увольнении)</w:t>
      </w:r>
    </w:p>
    <w:p>
      <w:pPr>
        <w:spacing w:after="240"/>
        <w:jc w:val="center"/>
      </w:pPr>
      <w:r>
        <w:rPr>
          <w:b w:val="0"/>
          <w:sz w:val="20"/>
        </w:rPr>
        <w:t>Форма Т-61 (адаптированная)</w:t>
      </w:r>
    </w:p>
    <w:p>
      <w:pPr>
        <w:spacing w:after="280"/>
      </w:pPr>
      <w:r>
        <w:rPr>
          <w:b w:val="0"/>
          <w:sz w:val="24"/>
        </w:rPr>
        <w:t>Организация: ООО «_________________________»        Номер документа: ________   Дата составления: ____________</w:t>
      </w:r>
    </w:p>
    <w:p>
      <w:pPr>
        <w:spacing w:after="80"/>
      </w:pPr>
      <w:r>
        <w:rPr>
          <w:b/>
          <w:sz w:val="24"/>
        </w:rPr>
        <w:t>Раздел 1. Сведения о работнике</w:t>
      </w:r>
    </w:p>
    <w:p>
      <w:pPr>
        <w:spacing w:after="40"/>
      </w:pPr>
      <w:r>
        <w:rPr>
          <w:b w:val="0"/>
          <w:sz w:val="24"/>
        </w:rPr>
        <w:t>Фамилия, имя, отчество: ___________________________________________________</w:t>
      </w:r>
    </w:p>
    <w:p>
      <w:pPr>
        <w:spacing w:after="40"/>
      </w:pPr>
      <w:r>
        <w:rPr>
          <w:b w:val="0"/>
          <w:sz w:val="24"/>
        </w:rPr>
        <w:t>Табельный номер: ____________   Должность: ______________________________</w:t>
      </w:r>
    </w:p>
    <w:p>
      <w:pPr>
        <w:spacing w:after="40"/>
      </w:pPr>
      <w:r>
        <w:rPr>
          <w:b w:val="0"/>
          <w:sz w:val="24"/>
        </w:rPr>
        <w:t>Трудовой договор от «____» ____________ 20___ г. № ______</w:t>
      </w:r>
    </w:p>
    <w:p>
      <w:pPr>
        <w:spacing w:after="40"/>
      </w:pPr>
      <w:r>
        <w:rPr>
          <w:b w:val="0"/>
          <w:sz w:val="24"/>
        </w:rPr>
        <w:t>Принят: «____» ____________ 20___ г.          Уволен: «____» ____________ 20___ г.</w:t>
      </w:r>
    </w:p>
    <w:p>
      <w:pPr>
        <w:spacing w:after="200"/>
      </w:pPr>
      <w:r>
        <w:rPr>
          <w:b w:val="0"/>
          <w:sz w:val="24"/>
        </w:rPr>
        <w:t>Основание увольнения: ___________________________________________________</w:t>
      </w:r>
    </w:p>
    <w:p>
      <w:pPr>
        <w:spacing w:after="80"/>
      </w:pPr>
      <w:r>
        <w:rPr>
          <w:b/>
          <w:sz w:val="24"/>
        </w:rPr>
        <w:t>Расчёт компенсации за неиспользованный отпуск</w:t>
      </w:r>
    </w:p>
    <w:p>
      <w:pPr>
        <w:spacing w:after="160"/>
      </w:pPr>
      <w:r>
        <w:rPr>
          <w:b w:val="0"/>
          <w:sz w:val="24"/>
        </w:rPr>
        <w:t>Расчётный период: с «____» ____________ 20___ г. по «____» ____________ 20___ г. (12 месяцев до месяца увольнения)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20"/>
              </w:rPr>
              <w:t>Выплаты за расчётный период, руб.</w:t>
            </w:r>
          </w:p>
        </w:tc>
        <w:tc>
          <w:tcPr>
            <w:tcW w:type="dxa" w:w="2493"/>
          </w:tcPr>
          <w:p>
            <w:r>
              <w:rPr>
                <w:b/>
                <w:sz w:val="20"/>
              </w:rPr>
              <w:t>Отработано месяцев</w:t>
            </w:r>
          </w:p>
        </w:tc>
        <w:tc>
          <w:tcPr>
            <w:tcW w:type="dxa" w:w="2493"/>
          </w:tcPr>
          <w:p>
            <w:r>
              <w:rPr>
                <w:b/>
                <w:sz w:val="20"/>
              </w:rPr>
              <w:t>Средний дневной заработок, руб.</w:t>
            </w:r>
          </w:p>
        </w:tc>
        <w:tc>
          <w:tcPr>
            <w:tcW w:type="dxa" w:w="2493"/>
          </w:tcPr>
          <w:p>
            <w:r>
              <w:rPr>
                <w:b/>
                <w:sz w:val="20"/>
              </w:rPr>
              <w:t>Неиспользовано дней отпуска</w:t>
            </w:r>
          </w:p>
        </w:tc>
      </w:tr>
      <w:tr>
        <w:tc>
          <w:tcPr>
            <w:tcW w:type="dxa" w:w="2493"/>
          </w:tcPr>
          <w:p>
            <w:r>
              <w:t>____________</w:t>
            </w:r>
          </w:p>
        </w:tc>
        <w:tc>
          <w:tcPr>
            <w:tcW w:type="dxa" w:w="2493"/>
          </w:tcPr>
          <w:p>
            <w:r>
              <w:t>________</w:t>
            </w:r>
          </w:p>
        </w:tc>
        <w:tc>
          <w:tcPr>
            <w:tcW w:type="dxa" w:w="2493"/>
          </w:tcPr>
          <w:p>
            <w:r>
              <w:t>____________</w:t>
            </w:r>
          </w:p>
        </w:tc>
        <w:tc>
          <w:tcPr>
            <w:tcW w:type="dxa" w:w="2493"/>
          </w:tcPr>
          <w:p>
            <w:r>
              <w:t>________</w:t>
            </w:r>
          </w:p>
        </w:tc>
      </w:tr>
    </w:tbl>
    <w:p>
      <w:pPr>
        <w:spacing w:after="240"/>
      </w:pPr>
      <w:r>
        <w:rPr>
          <w:b w:val="0"/>
          <w:sz w:val="20"/>
        </w:rPr>
        <w:t>Подсказка: средний дневной заработок = выплаты за 12 месяцев / 12 / 29,3 (если все месяцы отработаны полностью). Компенсация = средний дневной заработок × неиспользованные дни. При 28-дневном отпуске за каждый полный отработанный месяц положено 2,33 дня.</w:t>
      </w:r>
    </w:p>
    <w:p>
      <w:pPr>
        <w:spacing w:after="80"/>
      </w:pPr>
      <w:r>
        <w:rPr>
          <w:b/>
          <w:sz w:val="24"/>
        </w:rPr>
        <w:t>Раздел 2. Начисления к выплате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</w:rPr>
              <w:t>Вид начисления</w:t>
            </w:r>
          </w:p>
        </w:tc>
        <w:tc>
          <w:tcPr>
            <w:tcW w:type="dxa" w:w="4986"/>
          </w:tcPr>
          <w:p>
            <w:r>
              <w:t>Сумма, руб.</w:t>
            </w:r>
          </w:p>
        </w:tc>
      </w:tr>
      <w:tr>
        <w:tc>
          <w:tcPr>
            <w:tcW w:type="dxa" w:w="4986"/>
          </w:tcPr>
          <w:p>
            <w:r>
              <w:t>Зарплата за отработанные дни месяца увольнения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Компенсация за неиспользованный отпуск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Премии и другие выплаты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Выходное пособие (если предусмотрено)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rPr>
                <w:b/>
              </w:rPr>
              <w:t>ИТОГО начислено</w:t>
            </w:r>
          </w:p>
        </w:tc>
        <w:tc>
          <w:tcPr>
            <w:tcW w:type="dxa" w:w="4986"/>
          </w:tcPr>
          <w:p>
            <w:r/>
          </w:p>
        </w:tc>
      </w:tr>
    </w:tbl>
    <w:p>
      <w:pPr>
        <w:spacing w:after="40"/>
      </w:pPr>
      <w:r>
        <w:rPr>
          <w:b w:val="0"/>
          <w:sz w:val="24"/>
        </w:rPr>
      </w:r>
    </w:p>
    <w:p>
      <w:pPr>
        <w:spacing w:after="280"/>
      </w:pPr>
      <w:r>
        <w:rPr>
          <w:b w:val="0"/>
          <w:sz w:val="24"/>
        </w:rPr>
        <w:t>НДФЛ (13% / 15%): ____________          Сумма к выплате: ____________</w:t>
      </w:r>
    </w:p>
    <w:p>
      <w:pPr>
        <w:spacing w:after="120"/>
      </w:pPr>
      <w:r>
        <w:rPr>
          <w:b w:val="0"/>
          <w:sz w:val="24"/>
        </w:rPr>
        <w:t>Бухгалтер        ______________ / ____________________ /      «____» ____________ 20___ г.</w:t>
      </w:r>
    </w:p>
    <w:p>
      <w:pPr>
        <w:spacing w:after="80"/>
      </w:pPr>
      <w:r>
        <w:rPr>
          <w:b w:val="0"/>
          <w:sz w:val="24"/>
        </w:rPr>
        <w:t>Руководитель    ______________ / ____________________ /      «____» ____________ 20___ г.</w:t>
      </w:r>
    </w:p>
    <w:p>
      <w:pPr>
        <w:spacing w:after="40"/>
      </w:pPr>
      <w:r>
        <w:rPr>
          <w:b w:val="0"/>
          <w:sz w:val="24"/>
        </w:rPr>
        <w:t>Выплату произвёл        ______________ / ____________________ /</w:t>
      </w:r>
    </w:p>
    <w:p>
      <w:pPr>
        <w:spacing w:after="120"/>
      </w:pPr>
      <w:r>
        <w:rPr>
          <w:b w:val="0"/>
          <w:sz w:val="20"/>
        </w:rPr>
        <w:t>Получил работник        ______________ / ____________________ /      «____» ____________ 20___ г.</w:t>
      </w:r>
    </w:p>
    <w:p>
      <w:r>
        <w:br w:type="page"/>
      </w:r>
    </w:p>
    <w:p>
      <w:pPr>
        <w:spacing w:after="160"/>
      </w:pPr>
      <w:r>
        <w:rPr>
          <w:b/>
          <w:sz w:val="24"/>
        </w:rPr>
        <w:t>ПАМЯТКА: сроки и ответственность</w:t>
      </w:r>
    </w:p>
    <w:p>
      <w:pPr>
        <w:pStyle w:val="ListBullet"/>
        <w:spacing w:after="60"/>
      </w:pPr>
      <w:r>
        <w:t>Весь расчёт — зарплата, компенсация отпуска, премии, выходное пособие — выплачивается в день увольнения (ст. 140 ТК РФ).</w:t>
      </w:r>
    </w:p>
    <w:p>
      <w:pPr>
        <w:pStyle w:val="ListBullet"/>
        <w:spacing w:after="60"/>
      </w:pPr>
      <w:r>
        <w:t>Если работник в день увольнения не работал (больничный, сменный график), суммы выплачиваются не позднее следующего дня после предъявления требования о расчёте.</w:t>
      </w:r>
    </w:p>
    <w:p>
      <w:pPr>
        <w:pStyle w:val="ListBullet"/>
        <w:spacing w:after="60"/>
      </w:pPr>
      <w:r>
        <w:t>За задержку расчёта — проценты не ниже 1/150 ключевой ставки ЦБ за каждый день просрочки (ст. 236 ТК РФ) и штраф по ст. 5.27 КоАП: 10 000–20 000 ₽ на должностных лиц, 30 000–50 000 ₽ на организацию.</w:t>
      </w:r>
    </w:p>
    <w:p>
      <w:pPr>
        <w:pStyle w:val="ListBullet"/>
        <w:spacing w:after="60"/>
      </w:pPr>
      <w:r>
        <w:t>НДФЛ с компенсации за неиспользованный отпуск удерживается в день выплаты (в зависимости от дохода по ставке 13% или 15%).</w:t>
      </w:r>
    </w:p>
    <w:p>
      <w:pPr>
        <w:pStyle w:val="ListBullet"/>
        <w:spacing w:after="60"/>
      </w:pPr>
      <w:r>
        <w:t>Неиспользованные дни отпуска считайте по отпускному стажу: за каждый полный отработанный месяц — 2,33 дня (при 28-дневном отпуске). Компенсацию посчитает калькулятор отпускных на net4office.ru.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