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28"/>
        </w:rPr>
        <w:t>ТРУДОВОЙ ДОГОВОР № ____</w:t>
      </w:r>
    </w:p>
    <w:p>
      <w:pPr>
        <w:spacing w:after="200"/>
        <w:jc w:val="center"/>
      </w:pPr>
      <w:r>
        <w:rPr>
          <w:b w:val="0"/>
          <w:sz w:val="24"/>
        </w:rPr>
        <w:t>г. _____________________    «____» ______________ 2026 г.</w:t>
      </w:r>
    </w:p>
    <w:p>
      <w:pPr>
        <w:spacing w:after="120"/>
        <w:ind w:firstLine="709"/>
      </w:pPr>
      <w:r>
        <w:rPr>
          <w:b w:val="0"/>
          <w:sz w:val="24"/>
        </w:rPr>
        <w:t>___________________________________, именуемое в дальнейшем «Работодатель», в лице ___________________________________, с одной стороны, и гражданин(ка) ___________________________________, именуемый(ая) в дальнейшем «Работник», с другой стороны, заключили настоящий трудовой договор о нижеследующем:</w:t>
      </w:r>
    </w:p>
    <w:p>
      <w:pPr>
        <w:spacing w:after="80"/>
      </w:pPr>
      <w:r>
        <w:rPr>
          <w:b/>
          <w:sz w:val="24"/>
        </w:rPr>
        <w:t>1. Предмет договора</w:t>
      </w:r>
    </w:p>
    <w:p>
      <w:pPr>
        <w:spacing w:after="120"/>
        <w:ind w:firstLine="709"/>
      </w:pPr>
      <w:r>
        <w:rPr>
          <w:b w:val="0"/>
          <w:sz w:val="24"/>
        </w:rPr>
        <w:t>1.1. Работодатель принимает Работника на работу по должности ______________________ (профессия, специальность).</w:t>
      </w:r>
    </w:p>
    <w:p>
      <w:pPr>
        <w:spacing w:after="120"/>
        <w:ind w:firstLine="709"/>
      </w:pPr>
      <w:r>
        <w:rPr>
          <w:b w:val="0"/>
          <w:sz w:val="24"/>
        </w:rPr>
        <w:t>1.2. Место работы: ____________________________________ (наименование и адрес подразделения).</w:t>
      </w:r>
    </w:p>
    <w:p>
      <w:pPr>
        <w:spacing w:after="120"/>
        <w:ind w:firstLine="709"/>
      </w:pPr>
      <w:r>
        <w:rPr>
          <w:b w:val="0"/>
          <w:sz w:val="24"/>
        </w:rPr>
        <w:t>1.3. Работа у Работодателя является для Работника: основной / по совместительству (нужное подчеркнуть).</w:t>
      </w:r>
    </w:p>
    <w:p>
      <w:pPr>
        <w:spacing w:after="120"/>
        <w:ind w:firstLine="709"/>
      </w:pPr>
      <w:r>
        <w:rPr>
          <w:b w:val="0"/>
          <w:sz w:val="24"/>
        </w:rPr>
        <w:t>1.4. Работник приступает к работе с «____» ______________ 2026 г.</w:t>
      </w:r>
    </w:p>
    <w:p>
      <w:pPr>
        <w:spacing w:after="80"/>
      </w:pPr>
      <w:r>
        <w:rPr>
          <w:b/>
          <w:sz w:val="24"/>
        </w:rPr>
        <w:t>2. Срок договора</w:t>
      </w:r>
    </w:p>
    <w:p>
      <w:pPr>
        <w:spacing w:after="120"/>
        <w:ind w:firstLine="709"/>
      </w:pPr>
      <w:r>
        <w:rPr>
          <w:b w:val="0"/>
          <w:sz w:val="24"/>
        </w:rPr>
        <w:t>2.1. Договор заключён на неопределённый срок / на срок ______________ (нужное указать).</w:t>
      </w:r>
    </w:p>
    <w:p>
      <w:pPr>
        <w:spacing w:after="120"/>
        <w:ind w:firstLine="709"/>
      </w:pPr>
      <w:r>
        <w:rPr>
          <w:b w:val="0"/>
          <w:sz w:val="24"/>
        </w:rPr>
        <w:t>2.2. Устанавливать испытание: не устанавливается / устанавливается на срок ________ месяцев, но не более 6 месяцев (нужное указать).</w:t>
      </w:r>
    </w:p>
    <w:p>
      <w:pPr>
        <w:spacing w:after="80"/>
      </w:pPr>
      <w:r>
        <w:rPr>
          <w:b/>
          <w:sz w:val="24"/>
        </w:rPr>
        <w:t>3. Права и обязанности Работника</w:t>
      </w:r>
    </w:p>
    <w:p>
      <w:pPr>
        <w:spacing w:after="120"/>
        <w:ind w:firstLine="709"/>
      </w:pPr>
      <w:r>
        <w:rPr>
          <w:b w:val="0"/>
          <w:sz w:val="24"/>
        </w:rPr>
        <w:t>3.1. Работник обязан: добросовестно исполнять трудовые обязанности, соблюдать правила внутреннего трудового распорядка, трудовую дисциплину, нормы охраны труда и пожарной безопасности, бережно относиться к имуществу Работодателя, не разглашать охраняемую законом тайну, ставшую известной в связи с исполнением обязанностей.</w:t>
      </w:r>
    </w:p>
    <w:p>
      <w:pPr>
        <w:spacing w:after="120"/>
        <w:ind w:firstLine="709"/>
      </w:pPr>
      <w:r>
        <w:rPr>
          <w:b w:val="0"/>
          <w:sz w:val="24"/>
        </w:rPr>
        <w:t>3.2. Работник имеет право: на своевременную и в полном объёме выплату заработной платы, отдых (ежегодный оплачиваемый отпуск 28 календарных дней), предоставление работы, обусловленной договором, защиту своих трудовых прав.</w:t>
      </w:r>
    </w:p>
    <w:p>
      <w:pPr>
        <w:spacing w:after="80"/>
      </w:pPr>
      <w:r>
        <w:rPr>
          <w:b/>
          <w:sz w:val="24"/>
        </w:rPr>
        <w:t>4. Права и обязанности Работодателя</w:t>
      </w:r>
    </w:p>
    <w:p>
      <w:pPr>
        <w:spacing w:after="120"/>
        <w:ind w:firstLine="709"/>
      </w:pPr>
      <w:r>
        <w:rPr>
          <w:b w:val="0"/>
          <w:sz w:val="24"/>
        </w:rPr>
        <w:t>4.1. Работодатель обязан: предоставить Работнику работу по обусловленной должности, обеспечить безопасные условия труда, своевременно и в полном размере выплачивать заработную плату, уплачивать страховые взносы, знакомить Работника с локальными актами под подпись.</w:t>
      </w:r>
    </w:p>
    <w:p>
      <w:pPr>
        <w:spacing w:after="120"/>
        <w:ind w:firstLine="709"/>
      </w:pPr>
      <w:r>
        <w:rPr>
          <w:b w:val="0"/>
          <w:sz w:val="24"/>
        </w:rPr>
        <w:t>4.2. Работодатель имеет право: требовать добросовестного исполнения обязанностей, привлекать Работника к дисциплинарной и материальной ответственности в порядке, установленном ТК РФ, поощрять Работника.</w:t>
      </w:r>
    </w:p>
    <w:p>
      <w:pPr>
        <w:spacing w:after="80"/>
      </w:pPr>
      <w:r>
        <w:rPr>
          <w:b/>
          <w:sz w:val="24"/>
        </w:rPr>
        <w:t>5. Оплата труда</w:t>
      </w:r>
    </w:p>
    <w:p>
      <w:pPr>
        <w:spacing w:after="120"/>
        <w:ind w:firstLine="709"/>
      </w:pPr>
      <w:r>
        <w:rPr>
          <w:b w:val="0"/>
          <w:sz w:val="24"/>
        </w:rPr>
        <w:t>5.1. Работнику устанавливается должностной оклад ____________ рублей в месяц. Оклад за полностью отработанный месяц не может быть ниже МРОТ, установленного федеральным законом (в 2026 году — 27 093 рубля).</w:t>
      </w:r>
    </w:p>
    <w:p>
      <w:pPr>
        <w:spacing w:after="120"/>
        <w:ind w:firstLine="709"/>
      </w:pPr>
      <w:r>
        <w:rPr>
          <w:b w:val="0"/>
          <w:sz w:val="24"/>
        </w:rPr>
        <w:t>5.2. Доплаты, надбавки и премии: ___________________________________________________.</w:t>
      </w:r>
    </w:p>
    <w:p>
      <w:pPr>
        <w:spacing w:after="120"/>
        <w:ind w:firstLine="709"/>
      </w:pPr>
      <w:r>
        <w:rPr>
          <w:b w:val="0"/>
          <w:sz w:val="24"/>
        </w:rPr>
        <w:t>5.3. Заработная плата выплачивается не реже чем каждые полмесяца: аванс — «____» числа, окончательный расчёт — «____» числа текущего месяца, в соответствии со статьёй 136 ТК РФ.</w:t>
      </w:r>
    </w:p>
    <w:p>
      <w:pPr>
        <w:spacing w:after="120"/>
        <w:ind w:firstLine="709"/>
      </w:pPr>
      <w:r>
        <w:rPr>
          <w:b w:val="0"/>
          <w:sz w:val="24"/>
        </w:rPr>
        <w:t>5.4. Заработная плата выплачивается в безналичном порядке на счёт Работника в банке / наличными в кассе (нужное указать).</w:t>
      </w:r>
    </w:p>
    <w:p>
      <w:pPr>
        <w:spacing w:after="80"/>
      </w:pPr>
      <w:r>
        <w:rPr>
          <w:b/>
          <w:sz w:val="24"/>
        </w:rPr>
        <w:t>6. Режим рабочего времени и времени отдыха</w:t>
      </w:r>
    </w:p>
    <w:p>
      <w:pPr>
        <w:spacing w:after="120"/>
        <w:ind w:firstLine="709"/>
      </w:pPr>
      <w:r>
        <w:rPr>
          <w:b w:val="0"/>
          <w:sz w:val="24"/>
        </w:rPr>
        <w:t>6.1. Работнику устанавливается: нормальная продолжительность рабочего времени 40 часов в неделю, пятидневная рабочая неделя с выходными днями ____________________, начало работы ____, окончание ____ (или иное: ____________________ — ненормированный день, сменный график).</w:t>
      </w:r>
    </w:p>
    <w:p>
      <w:pPr>
        <w:spacing w:after="120"/>
        <w:ind w:firstLine="709"/>
      </w:pPr>
      <w:r>
        <w:rPr>
          <w:b w:val="0"/>
          <w:sz w:val="24"/>
        </w:rPr>
        <w:t>6.2. Работнику предоставляется ежегодный основной оплачиваемый отпуск продолжительностью 28 календарных дней. Право на использование отпуска за первый год возникает по истечении 6 месяцев непрерывной работы.</w:t>
      </w:r>
    </w:p>
    <w:p>
      <w:pPr>
        <w:spacing w:after="80"/>
      </w:pPr>
      <w:r>
        <w:rPr>
          <w:b/>
          <w:sz w:val="24"/>
        </w:rPr>
        <w:t>7. Социальное страхование и взносы</w:t>
      </w:r>
    </w:p>
    <w:p>
      <w:pPr>
        <w:spacing w:after="120"/>
        <w:ind w:firstLine="709"/>
      </w:pPr>
      <w:r>
        <w:rPr>
          <w:b w:val="0"/>
          <w:sz w:val="24"/>
        </w:rPr>
        <w:t>7.1. Работодатель обязан уплачивать за Работника страховые взносы на обязательное пенсионное, социальное и медицинское страхование в соответствии с законодательством РФ.</w:t>
      </w:r>
    </w:p>
    <w:p>
      <w:pPr>
        <w:spacing w:after="80"/>
      </w:pPr>
      <w:r>
        <w:rPr>
          <w:b/>
          <w:sz w:val="24"/>
        </w:rPr>
        <w:t>8. Ответственность сторон</w:t>
      </w:r>
    </w:p>
    <w:p>
      <w:pPr>
        <w:spacing w:after="120"/>
        <w:ind w:firstLine="709"/>
      </w:pPr>
      <w:r>
        <w:rPr>
          <w:b w:val="0"/>
          <w:sz w:val="24"/>
        </w:rPr>
        <w:t>8.1. Стороны несут ответственность за неисполнение или ненадлежащее исполнение настоящего договора в соответствии с ТК РФ и иными федеральными законами.</w:t>
      </w:r>
    </w:p>
    <w:p>
      <w:pPr>
        <w:spacing w:after="120"/>
        <w:ind w:firstLine="709"/>
      </w:pPr>
      <w:r>
        <w:rPr>
          <w:b w:val="0"/>
          <w:sz w:val="24"/>
        </w:rPr>
        <w:t>8.2. Стороны обязуются возмещать друг другу причинённый ущерб в порядке и размерах, установленных трудовым законодательством.</w:t>
      </w:r>
    </w:p>
    <w:p>
      <w:pPr>
        <w:spacing w:after="80"/>
      </w:pPr>
      <w:r>
        <w:rPr>
          <w:b/>
          <w:sz w:val="24"/>
        </w:rPr>
        <w:t>9. Изменение и расторжение договора</w:t>
      </w:r>
    </w:p>
    <w:p>
      <w:pPr>
        <w:spacing w:after="120"/>
        <w:ind w:firstLine="709"/>
      </w:pPr>
      <w:r>
        <w:rPr>
          <w:b w:val="0"/>
          <w:sz w:val="24"/>
        </w:rPr>
        <w:t>9.1. Изменения к договору оформляются дополнительным соглашением в письменной форме.</w:t>
      </w:r>
    </w:p>
    <w:p>
      <w:pPr>
        <w:spacing w:after="120"/>
        <w:ind w:firstLine="709"/>
      </w:pPr>
      <w:r>
        <w:rPr>
          <w:b w:val="0"/>
          <w:sz w:val="24"/>
        </w:rPr>
        <w:t>9.2. Договор может быть расторгнут по основаниям, предусмотренным ТК РФ.</w:t>
      </w:r>
    </w:p>
    <w:p>
      <w:pPr>
        <w:spacing w:after="80"/>
      </w:pPr>
      <w:r>
        <w:rPr>
          <w:b/>
          <w:sz w:val="24"/>
        </w:rPr>
        <w:t>10. Реквизиты и подписи сторон</w:t>
      </w:r>
    </w:p>
    <w:p>
      <w:pPr>
        <w:spacing w:after="80"/>
      </w:pPr>
      <w:r>
        <w:rPr>
          <w:b w:val="0"/>
          <w:sz w:val="24"/>
        </w:rPr>
        <w:t>Работодатель: ______________________ /________________/   Работник: ______________________ /________________/</w:t>
      </w:r>
    </w:p>
    <w:p>
      <w:pPr>
        <w:spacing w:after="80"/>
      </w:pPr>
      <w:r>
        <w:rPr>
          <w:b w:val="0"/>
          <w:sz w:val="24"/>
        </w:rPr>
        <w:t>ИНН/ОГРН: ____________________________              Паспорт: _______________________________</w:t>
      </w:r>
    </w:p>
    <w:p>
      <w:pPr>
        <w:spacing w:after="80"/>
      </w:pPr>
      <w:r>
        <w:rPr>
          <w:b w:val="0"/>
          <w:sz w:val="24"/>
        </w:rPr>
        <w:t>Банк, р/с: ______________________________            Адрес регистрации: ____________________</w:t>
      </w:r>
    </w:p>
    <w:p>
      <w:pPr>
        <w:spacing w:after="80"/>
      </w:pPr>
      <w:r>
        <w:rPr>
          <w:b w:val="0"/>
          <w:sz w:val="24"/>
        </w:rPr>
        <w:t xml:space="preserve">                                                                                       Телефон: ______________________</w:t>
      </w:r>
    </w:p>
    <w:p>
      <w:pPr>
        <w:spacing w:after="120"/>
        <w:jc w:val="right"/>
      </w:pPr>
      <w:r>
        <w:rPr>
          <w:b w:val="0"/>
          <w:sz w:val="24"/>
        </w:rPr>
        <w:t>Экземпляр договора получен на руки и мною прочитан: _______________ /___________/ (подпись работника).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