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6"/>
        </w:rPr>
        <w:t>ИВАН ИВАНОВ</w:t>
      </w:r>
    </w:p>
    <w:p>
      <w:pPr>
        <w:spacing w:after="160"/>
        <w:jc w:val="center"/>
      </w:pPr>
      <w:r>
        <w:rPr>
          <w:b w:val="0"/>
          <w:sz w:val="18"/>
        </w:rPr>
        <w:t>[ваша фамилия, имя]</w:t>
      </w:r>
    </w:p>
    <w:p>
      <w:pPr>
        <w:spacing w:after="160"/>
        <w:jc w:val="center"/>
      </w:pPr>
      <w:r>
        <w:rPr>
          <w:b w:val="0"/>
          <w:sz w:val="24"/>
        </w:rPr>
        <w:t>Менеджер по продажам B2B   [желаемая должность — как в вакансии, без «Ищу работу»]</w:t>
      </w:r>
    </w:p>
    <w:p>
      <w:pPr>
        <w:spacing w:after="40"/>
        <w:jc w:val="center"/>
      </w:pPr>
      <w:r>
        <w:rPr>
          <w:b w:val="0"/>
          <w:sz w:val="20"/>
        </w:rPr>
        <w:t>Москва · +7 900 000-00-00 · ivanov@mail.ru · hh.ru/резюме-ссылка</w:t>
      </w:r>
    </w:p>
    <w:p>
      <w:pPr>
        <w:spacing w:after="280"/>
        <w:jc w:val="center"/>
      </w:pPr>
      <w:r>
        <w:rPr>
          <w:b w:val="0"/>
          <w:sz w:val="20"/>
        </w:rPr>
        <w:t>Желаемая зарплата: от 120 000 руб.  [вилка из реальных вакансий, не выше рынка +15%]</w:t>
      </w:r>
    </w:p>
    <w:p>
      <w:pPr>
        <w:spacing w:after="80"/>
      </w:pPr>
      <w:r>
        <w:rPr>
          <w:b/>
          <w:sz w:val="24"/>
        </w:rPr>
        <w:t>О себе</w:t>
      </w:r>
    </w:p>
    <w:p>
      <w:pPr>
        <w:spacing w:after="120"/>
        <w:ind w:firstLine="709"/>
      </w:pPr>
      <w:r>
        <w:rPr>
          <w:b w:val="0"/>
          <w:sz w:val="20"/>
        </w:rPr>
        <w:t>[3–4 строки: кем вы, сколько лет опыта, специализация, один главный результат с цифрой. Пример: «Менеджер продаж с 6-летним опытом в оптовой торговле. Веду 40+ постоянных клиентов, за год вырос средний чек на 23%». Без клише «стрессоустойчивый, коммуникабельный».]</w:t>
      </w:r>
    </w:p>
    <w:p>
      <w:pPr>
        <w:spacing w:after="80"/>
      </w:pPr>
      <w:r>
        <w:rPr>
          <w:b/>
          <w:sz w:val="24"/>
        </w:rPr>
        <w:t>Опыт работы</w:t>
      </w:r>
    </w:p>
    <w:p>
      <w:pPr>
        <w:spacing w:after="40"/>
      </w:pPr>
      <w:r>
        <w:rPr>
          <w:b/>
          <w:sz w:val="24"/>
        </w:rPr>
        <w:t>06.2022 — н. в.        ООО «____________» (сфера, численность)        Должность</w:t>
      </w:r>
    </w:p>
    <w:p>
      <w:pPr>
        <w:pStyle w:val="ListBullet"/>
        <w:spacing w:after="60"/>
      </w:pPr>
      <w:r>
        <w:t>[Обязанность или проект — результат с цифрой: «Вёл портфель 40 клиентов, выручка сегмента +18% за год»]</w:t>
      </w:r>
    </w:p>
    <w:p>
      <w:pPr>
        <w:pStyle w:val="ListBullet"/>
        <w:spacing w:after="60"/>
      </w:pPr>
      <w:r>
        <w:t>[«Внедрил CRM-учёт сделок, скорость обработки заявок выросла в 2 раза»]</w:t>
      </w:r>
    </w:p>
    <w:p>
      <w:pPr>
        <w:pStyle w:val="ListBullet"/>
        <w:spacing w:after="60"/>
      </w:pPr>
      <w:r>
        <w:t>[«Обучил 3 младших менеджеров, двое выросли до ведущих»]</w:t>
      </w:r>
    </w:p>
    <w:p>
      <w:pPr>
        <w:spacing w:after="40"/>
      </w:pPr>
      <w:r>
        <w:rPr>
          <w:b/>
          <w:sz w:val="24"/>
        </w:rPr>
        <w:t>03.2019 — 05.2022        ______________        ______________</w:t>
      </w:r>
    </w:p>
    <w:p>
      <w:pPr>
        <w:pStyle w:val="ListBullet"/>
        <w:spacing w:after="60"/>
      </w:pPr>
      <w:r>
        <w:t>[2–3 пункта в том же формате: действие + результат в цифрах]</w:t>
      </w:r>
    </w:p>
    <w:p>
      <w:pPr>
        <w:spacing w:after="80"/>
      </w:pPr>
      <w:r>
        <w:rPr>
          <w:b/>
          <w:sz w:val="24"/>
        </w:rPr>
        <w:t>Образование</w:t>
      </w:r>
    </w:p>
    <w:p>
      <w:pPr>
        <w:spacing w:after="40"/>
      </w:pPr>
      <w:r>
        <w:rPr>
          <w:b w:val="0"/>
          <w:sz w:val="24"/>
        </w:rPr>
        <w:t>2019        ________ университет / колледж        Специальность</w:t>
      </w:r>
    </w:p>
    <w:p>
      <w:pPr>
        <w:spacing w:after="200"/>
      </w:pPr>
      <w:r>
        <w:rPr>
          <w:b w:val="0"/>
          <w:sz w:val="24"/>
        </w:rPr>
        <w:t>Курсы и сертификаты: [название, год — только релевантные должности]</w:t>
      </w:r>
    </w:p>
    <w:p>
      <w:pPr>
        <w:spacing w:after="80"/>
      </w:pPr>
      <w:r>
        <w:rPr>
          <w:b/>
          <w:sz w:val="24"/>
        </w:rPr>
        <w:t>Навыки</w:t>
      </w:r>
    </w:p>
    <w:p>
      <w:pPr>
        <w:spacing w:after="120"/>
      </w:pPr>
      <w:r>
        <w:rPr>
          <w:b w:val="0"/>
          <w:sz w:val="20"/>
        </w:rPr>
        <w:t>[Ключевые слова из текста вакансий: CRM, 1С, Excel, холодные звонки, переговоры... Эти слова ищут автофильтры и рекрутеры — берите формулировки из вакансии.]</w:t>
      </w:r>
    </w:p>
    <w:p>
      <w:pPr>
        <w:spacing w:after="120"/>
      </w:pPr>
      <w:r>
        <w:rPr>
          <w:b w:val="0"/>
          <w:sz w:val="20"/>
        </w:rPr>
        <w:t>Языки: русский — родной, английский — B1        Водительские права: категории B</w:t>
      </w:r>
    </w:p>
    <w:p>
      <w:r>
        <w:br w:type="page"/>
      </w:r>
    </w:p>
    <w:p>
      <w:pPr>
        <w:spacing w:after="160"/>
      </w:pPr>
      <w:r>
        <w:rPr>
          <w:b/>
          <w:sz w:val="26"/>
        </w:rPr>
        <w:t>ЧЕК-ЛИСТ перед отправкой резюме</w:t>
      </w:r>
    </w:p>
    <w:p>
      <w:pPr>
        <w:pStyle w:val="ListBullet"/>
        <w:spacing w:after="60"/>
      </w:pPr>
      <w:r>
        <w:t>Под каждую вакансию адаптируйте «О себе» и навыки под ключевые слова из текста вакансии — системы автоскрининга (ATS) и рекрутеры ищут совпадения по словам.</w:t>
      </w:r>
    </w:p>
    <w:p>
      <w:pPr>
        <w:pStyle w:val="ListBullet"/>
        <w:spacing w:after="60"/>
      </w:pPr>
      <w:r>
        <w:t>Каждый пункт опыта — по формуле «сделал → результат в цифрах»: не «занимался продажами», а «продажи выросли на 23%».</w:t>
      </w:r>
    </w:p>
    <w:p>
      <w:pPr>
        <w:pStyle w:val="ListBullet"/>
        <w:spacing w:after="60"/>
      </w:pPr>
      <w:r>
        <w:t>Объём — 1–2 страницы. Проверьте орфографию: опечатки отсекают до половины приглашений.</w:t>
      </w:r>
    </w:p>
    <w:p>
      <w:pPr>
        <w:pStyle w:val="ListBullet"/>
        <w:spacing w:after="60"/>
      </w:pPr>
      <w:r>
        <w:t>Фото — деловое и свежее (для офисных и клиентских позиций); для рабочих профессий можно без фото.</w:t>
      </w:r>
    </w:p>
    <w:p>
      <w:pPr>
        <w:pStyle w:val="ListBullet"/>
        <w:spacing w:after="60"/>
      </w:pPr>
      <w:r>
        <w:t>Название файла: Иванов_менеджер_резюме.pdf. PDF сохраняет вёрстку — Word-файл может «поплыть» на другом устройстве.</w:t>
      </w:r>
    </w:p>
    <w:p>
      <w:pPr>
        <w:pStyle w:val="ListBullet"/>
        <w:spacing w:after="60"/>
      </w:pPr>
      <w:r>
        <w:t>Желаемую зарплату берите из 5–10 свежих вакансий вашей специальности: занижение обесценивает опыт, завышение выше рынка на 20% — убирает вас из выборки.</w:t>
      </w:r>
    </w:p>
    <w:p>
      <w:pPr>
        <w:pStyle w:val="ListBullet"/>
        <w:spacing w:after="60"/>
      </w:pPr>
      <w:r>
        <w:t>На hh.ru обновляйте резюме хотя бы раз в неделю (кнопка «Поднять в поиске») — свежие резюме видны рекрутерам выше.</w:t>
      </w:r>
    </w:p>
    <w:p>
      <w:pPr>
        <w:pStyle w:val="ListBullet"/>
        <w:spacing w:after="60"/>
      </w:pPr>
      <w:r>
        <w:t>93% работодателей сталкиваются с дефицитом нужных навыков у кандидатов (данные hh.ru) — покажите навыки конкретно, не общими словами.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