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28"/>
        </w:rPr>
        <w:t>РАСПИСКА</w:t>
      </w:r>
    </w:p>
    <w:p>
      <w:pPr>
        <w:spacing w:after="280"/>
        <w:jc w:val="center"/>
      </w:pPr>
      <w:r>
        <w:rPr>
          <w:b w:val="0"/>
          <w:sz w:val="24"/>
        </w:rPr>
        <w:t>о получении денежных средств</w:t>
      </w:r>
    </w:p>
    <w:p>
      <w:pPr>
        <w:spacing w:after="240"/>
        <w:jc w:val="center"/>
      </w:pPr>
      <w:r>
        <w:rPr>
          <w:b w:val="0"/>
          <w:sz w:val="24"/>
        </w:rPr>
        <w:t>г. _____________________    «____» ______________ 2026 г.</w:t>
      </w:r>
    </w:p>
    <w:p>
      <w:pPr>
        <w:spacing w:after="120"/>
        <w:ind w:firstLine="709"/>
      </w:pPr>
      <w:r>
        <w:rPr>
          <w:b w:val="0"/>
          <w:sz w:val="24"/>
        </w:rPr>
        <w:t>Я, ________________________________________________________________________________________, паспорт серия ________ № ____________, выдан _______________________________ «____» ______________ ______ г., код подразделения ____________, зарегистрирован(а) по адресу: __________________________________________________________________________________________,</w:t>
      </w:r>
    </w:p>
    <w:p>
      <w:pPr>
        <w:spacing w:after="120"/>
        <w:ind w:firstLine="709"/>
      </w:pPr>
      <w:r>
        <w:rPr>
          <w:b w:val="0"/>
          <w:sz w:val="24"/>
        </w:rPr>
        <w:t>получил(а) от ________________________________________________________________________________, паспорт серия ________ № ____________, выдан _______________________________ «____» ______________ ______ г., код подразделения ____________, зарегистрирован(а) по адресу: __________________________________________________________________________________________,</w:t>
      </w:r>
    </w:p>
    <w:p>
      <w:pPr>
        <w:spacing w:after="120"/>
        <w:ind w:firstLine="709"/>
      </w:pPr>
      <w:r>
        <w:rPr>
          <w:b w:val="0"/>
          <w:sz w:val="24"/>
        </w:rPr>
        <w:t>денежные средства в размере ______________________________________________________________ рублей __ копеек (прописью: ______________________________________________________________________________________________________________________________________________________________),</w:t>
      </w:r>
    </w:p>
    <w:p>
      <w:pPr>
        <w:spacing w:after="120"/>
        <w:ind w:firstLine="709"/>
      </w:pPr>
      <w:r>
        <w:rPr>
          <w:b w:val="0"/>
          <w:sz w:val="24"/>
        </w:rPr>
        <w:t>за ___________________________________________________________________________________________ (товар по договору № ____ от «____» __________ 2026 г. / оказанные услуги / аренду помещения по адресу ______________________ за период ____________ / в счёт возврата займа по договору займа № ____ / предоплату за ______________________).</w:t>
      </w:r>
    </w:p>
    <w:p>
      <w:pPr>
        <w:spacing w:after="120"/>
        <w:ind w:firstLine="709"/>
      </w:pPr>
      <w:r>
        <w:rPr>
          <w:b w:val="0"/>
          <w:sz w:val="24"/>
        </w:rPr>
        <w:t>Расчёты произведены в полном объёме, претензий материального и иного характера к плательщику не имею. Обязательство по оплате в указанной части считаю исполненным.</w:t>
      </w:r>
    </w:p>
    <w:p>
      <w:pPr>
        <w:spacing w:after="320"/>
      </w:pPr>
      <w:r>
        <w:rPr>
          <w:b w:val="0"/>
          <w:sz w:val="24"/>
        </w:rPr>
        <w:t xml:space="preserve"> </w:t>
      </w:r>
    </w:p>
    <w:p>
      <w:pPr>
        <w:spacing w:after="160"/>
      </w:pPr>
      <w:r>
        <w:rPr>
          <w:b w:val="0"/>
          <w:sz w:val="24"/>
        </w:rPr>
        <w:t>Дата: «____» ______________ 2026 г.</w:t>
      </w:r>
    </w:p>
    <w:p>
      <w:pPr>
        <w:spacing w:after="40"/>
      </w:pPr>
      <w:r>
        <w:rPr>
          <w:b w:val="0"/>
          <w:sz w:val="24"/>
        </w:rPr>
        <w:t>Подпись получателя: ________________ / ____________________________ /</w:t>
      </w:r>
    </w:p>
    <w:p>
      <w:pPr>
        <w:spacing w:after="160"/>
      </w:pPr>
      <w:r>
        <w:rPr>
          <w:b w:val="0"/>
          <w:sz w:val="24"/>
        </w:rPr>
        <w:t xml:space="preserve">                              (расшифровка подписи)</w:t>
      </w:r>
    </w:p>
    <w:p>
      <w:pPr>
        <w:spacing w:after="40"/>
      </w:pPr>
      <w:r>
        <w:rPr>
          <w:b w:val="0"/>
          <w:sz w:val="24"/>
        </w:rPr>
        <w:t>Подпись плательщика: _________________ / ____________________________ /</w:t>
      </w:r>
    </w:p>
    <w:p>
      <w:pPr>
        <w:spacing w:after="280"/>
      </w:pPr>
      <w:r>
        <w:rPr>
          <w:b w:val="0"/>
          <w:sz w:val="24"/>
        </w:rPr>
        <w:t xml:space="preserve">                              (расшифровка подписи)</w:t>
      </w:r>
    </w:p>
    <w:p>
      <w:pPr>
        <w:spacing w:after="80"/>
      </w:pPr>
      <w:r>
        <w:rPr>
          <w:b/>
          <w:sz w:val="24"/>
        </w:rPr>
        <w:t>Памятка составителю</w:t>
      </w:r>
    </w:p>
    <w:p>
      <w:pPr>
        <w:spacing w:after="80"/>
      </w:pPr>
      <w:r>
        <w:rPr>
          <w:b w:val="0"/>
          <w:sz w:val="24"/>
        </w:rPr>
        <w:t>1. Расписку получатель пишет от руки на чистом листе — собственноручная запись упрощает почерковедческую экспертизу в случае спора.</w:t>
      </w:r>
    </w:p>
    <w:p>
      <w:pPr>
        <w:spacing w:after="80"/>
      </w:pPr>
      <w:r>
        <w:rPr>
          <w:b w:val="0"/>
          <w:sz w:val="24"/>
        </w:rPr>
        <w:t>2. Указывайте полные паспортные данные обеих сторон, сумму цифрами и прописью, основание платежа и привязку к договору (номер и дату).</w:t>
      </w:r>
    </w:p>
    <w:p>
      <w:pPr>
        <w:spacing w:after="80"/>
      </w:pPr>
      <w:r>
        <w:rPr>
          <w:b w:val="0"/>
          <w:sz w:val="24"/>
        </w:rPr>
        <w:t>3. При займе под проценты укажите ставку и срок возврата; при беспроцентном займе — прямо напишите об этом.</w:t>
      </w:r>
    </w:p>
    <w:p>
      <w:pPr>
        <w:spacing w:after="80"/>
      </w:pPr>
      <w:r>
        <w:rPr>
          <w:b w:val="0"/>
          <w:sz w:val="24"/>
        </w:rPr>
        <w:t>4. Храните расписку до полного закрытия обязательства; после окончательного расчёта верните её плательщику или составьте акт возврата.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