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32"/>
        </w:rPr>
        <w:t>ДОВЕРЕННОСТЬ</w:t>
      </w:r>
    </w:p>
    <w:p>
      <w:pPr>
        <w:jc w:val="center"/>
      </w:pPr>
      <w:r>
        <w:rPr>
          <w:b w:val="0"/>
          <w:i w:val="0"/>
          <w:sz w:val="24"/>
        </w:rPr>
        <w:t>на представление интересов индивидуального предпринимателя</w:t>
      </w:r>
    </w:p>
    <w:p>
      <w:r>
        <w:rPr>
          <w:b w:val="0"/>
          <w:i w:val="0"/>
        </w:rPr>
        <w:t>г. ____________________                                    «___» ____________ 2026 г.</w:t>
      </w:r>
    </w:p>
    <w:p>
      <w:r>
        <w:rPr>
          <w:b w:val="0"/>
          <w:i w:val="0"/>
        </w:rPr>
        <w:t>Я, индивидуальный предприниматель _______________________________________________ (Ф.И.О. полностью), ОГРНИП _____________________, ИНН _____________________, действующий на основании листа записи ЕГРИП (ОГРНИП), настоящей доверенностью уполномочиваю:</w:t>
      </w:r>
    </w:p>
    <w:p>
      <w:r>
        <w:rPr>
          <w:b w:val="0"/>
          <w:i w:val="0"/>
        </w:rPr>
        <w:t>_________________________________________________________________________________ (Ф.И.О. представителя полностью), «___» _________ ______ г. рождения, паспорт: серия ______ № ________, выдан ______________________________________ «___» __________ ______ г., код подразделения __________, зарегистрирован(а) по адресу: _______________________________________________,</w:t>
      </w:r>
    </w:p>
    <w:p>
      <w:r>
        <w:rPr>
          <w:b/>
          <w:i w:val="0"/>
        </w:rPr>
        <w:t>представлять интересы индивидуального предпринимателя:</w:t>
      </w:r>
    </w:p>
    <w:p>
      <w:r>
        <w:rPr>
          <w:b w:val="0"/>
          <w:i w:val="0"/>
        </w:rPr>
        <w:t>1. в налоговых органах (ИФНС, межрайонных ИФНС, УФНС), органах ПФР и ФСС: подавать, получать и подписывать документы, декларации, расчёты, справки, уведомления, требования и акты;</w:t>
      </w:r>
    </w:p>
    <w:p>
      <w:r>
        <w:rPr>
          <w:b w:val="0"/>
          <w:i w:val="0"/>
        </w:rPr>
        <w:t>2. в кредитных организациях (банках): получать выписки, справки, чеки, корпоративные карты, документы по счетам (открытие и закрытие счетов — по отдельному решению ИП);</w:t>
      </w:r>
    </w:p>
    <w:p>
      <w:r>
        <w:rPr>
          <w:b w:val="0"/>
          <w:i w:val="0"/>
        </w:rPr>
        <w:t>3. у контрагентов: заключать, изменять и расторгать договоры, подписывать счета, акты, накладные, УПД и иные первичные документы в пределах полномочий, указанных ИП;</w:t>
      </w:r>
    </w:p>
    <w:p>
      <w:r>
        <w:rPr>
          <w:b w:val="0"/>
          <w:i w:val="0"/>
        </w:rPr>
        <w:t>4. подавать заявления, пояснения, жалобы и ходатайства, получать решения и ответы государственных органов;</w:t>
      </w:r>
    </w:p>
    <w:p>
      <w:r>
        <w:rPr>
          <w:b w:val="0"/>
          <w:i w:val="0"/>
        </w:rPr>
        <w:t>5. совершать иные действия, необходимые для выполнения настоящего поручения.</w:t>
      </w:r>
    </w:p>
    <w:p>
      <w:r>
        <w:rPr>
          <w:b w:val="0"/>
          <w:i w:val="0"/>
        </w:rPr>
        <w:t>Доверенность выдана сроком на ____________ (до «___» ____________ 20___ г.) без права передоверия.</w:t>
      </w:r>
    </w:p>
    <w:p>
      <w:r>
        <w:rPr>
          <w:b w:val="0"/>
          <w:i w:val="0"/>
        </w:rPr>
      </w:r>
    </w:p>
    <w:p>
      <w:r>
        <w:rPr>
          <w:b w:val="0"/>
          <w:i w:val="0"/>
        </w:rPr>
        <w:t>Подпись представителя _______________ / ______________________ / удостоверяю.</w:t>
      </w:r>
    </w:p>
    <w:p>
      <w:r>
        <w:rPr>
          <w:b w:val="0"/>
          <w:i w:val="0"/>
        </w:rPr>
      </w:r>
    </w:p>
    <w:p>
      <w:r>
        <w:rPr>
          <w:b w:val="0"/>
          <w:i w:val="0"/>
        </w:rPr>
      </w:r>
    </w:p>
    <w:p>
      <w:pPr>
        <w:jc w:val="right"/>
      </w:pPr>
      <w:r>
        <w:rPr>
          <w:b w:val="0"/>
          <w:i w:val="0"/>
        </w:rPr>
        <w:t>Индивидуальный предприниматель _______________ / ______________________ /</w:t>
      </w:r>
    </w:p>
    <w:p>
      <w:pPr>
        <w:jc w:val="right"/>
      </w:pPr>
      <w:r>
        <w:rPr>
          <w:b w:val="0"/>
          <w:i w:val="0"/>
        </w:rPr>
        <w:t xml:space="preserve">                                                        М.П. (при наличии печати)</w:t>
      </w:r>
    </w:p>
    <w:p>
      <w:r>
        <w:rPr>
          <w:b w:val="0"/>
          <w:i w:val="0"/>
        </w:rPr>
      </w:r>
    </w:p>
    <w:p>
      <w:r>
        <w:rPr>
          <w:b w:val="0"/>
          <w:i/>
          <w:sz w:val="22"/>
        </w:rPr>
        <w:t>Примечание: для совершения нотариальных действий, регистрации сделок с недвижимостью или представительства в суде может требоваться нотариально удостоверенная доверенность. Банки и налоговые органы, как правило, принимают простую письменную доверенность ИП с личной подписью предпринимателя.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