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32"/>
        </w:rPr>
        <w:t>АКТ СВЕРКИ ВЗАИМНЫХ РАСЧЁТОВ</w:t>
      </w:r>
    </w:p>
    <w:p>
      <w:r>
        <w:t>Шаблон для сверки с клиентом или поставщиком</w:t>
      </w:r>
    </w:p>
    <w:p>
      <w:r>
        <w:rPr>
          <w:b/>
          <w:sz w:val="23"/>
        </w:rPr>
        <w:t>Период сверки</w:t>
      </w:r>
    </w:p>
    <w:p>
      <w:r>
        <w:t>С __________________ по __________________</w:t>
      </w:r>
    </w:p>
    <w:p>
      <w:r>
        <w:t>Организация 1: _________________________________________________</w:t>
      </w:r>
    </w:p>
    <w:p>
      <w:r>
        <w:t>Организация 2: _________________________________________________</w:t>
      </w:r>
    </w:p>
    <w:p>
      <w:r>
        <w:rPr>
          <w:b/>
          <w:sz w:val="23"/>
        </w:rPr>
        <w:t>Движение расчётов</w:t>
      </w:r>
    </w:p>
    <w:p>
      <w:r>
        <w:t>Сальдо на начало периода: __________________ руб.</w:t>
      </w:r>
    </w:p>
    <w:p>
      <w:r>
        <w:t>Оборот по дебету: ___________________________ руб.</w:t>
      </w:r>
    </w:p>
    <w:p>
      <w:r>
        <w:t>Оборот по кредиту: __________________________ руб.</w:t>
      </w:r>
    </w:p>
    <w:p>
      <w:r>
        <w:t>Сальдо на конец периода: ____________________ руб.</w:t>
      </w:r>
    </w:p>
    <w:p>
      <w:r>
        <w:rPr>
          <w:b/>
          <w:sz w:val="23"/>
        </w:rPr>
        <w:t>Перечень операций</w:t>
      </w:r>
    </w:p>
    <w:p>
      <w:r>
        <w:t>Дата | Документ | Содержание операции | Дебет | Кредит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t>________________________________________________________________________</w:t>
      </w:r>
    </w:p>
    <w:p>
      <w:r>
        <w:rPr>
          <w:b/>
          <w:sz w:val="23"/>
        </w:rPr>
        <w:t>Итог</w:t>
      </w:r>
    </w:p>
    <w:p>
      <w:r>
        <w:t>По состоянию на __________________ задолженность составляет __________________ руб.</w:t>
      </w:r>
    </w:p>
    <w:p>
      <w:r>
        <w:t>По данным сторон расхождений: нет / есть (нужное отметить).</w:t>
      </w:r>
    </w:p>
    <w:p>
      <w:r>
        <w:rPr>
          <w:b/>
          <w:sz w:val="23"/>
        </w:rPr>
        <w:t>Подписи</w:t>
      </w:r>
    </w:p>
    <w:p>
      <w:r>
        <w:t>От организации 1: __________________ / __________________</w:t>
      </w:r>
    </w:p>
    <w:p>
      <w:r>
        <w:t>От организации 2: __________________ / __________________</w:t>
      </w:r>
    </w:p>
    <w:p>
      <w:r>
        <w:t>Примечание: шаблон является рабочим образцом. Перед использованием проверьте реквизиты, суммы, даты и формулировки.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